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83D27"/>
          <w:sz w:val="38"/>
        </w:rPr>
        <w:t>NORTHERN TIER — PACKING CHECKLIST</w:t>
      </w:r>
    </w:p>
    <w:p>
      <w:r>
        <w:rPr>
          <w:color w:val="5C6B60"/>
          <w:sz w:val="18"/>
        </w:rPr>
        <w:t>Scouting 92x  •  Wilderness Canoe Trek  •  scouts92x.com/northern-tier</w:t>
      </w:r>
    </w:p>
    <w:p>
      <w:r>
        <w:rPr>
          <w:i/>
          <w:color w:val="5C6B60"/>
          <w:sz w:val="17"/>
        </w:rPr>
        <w:t>Summarized from the Northern Tier Advisor's Planning Guide (Appendices F, G and H). ★ = available at the Northern Tier Trading Post (store.ntier.org). Always confirm the current list at ntier.org before you shop.</w:t>
      </w:r>
    </w:p>
    <w:p>
      <w:pPr>
        <w:spacing w:before="280" w:after="40"/>
      </w:pPr>
      <w:r>
        <w:rPr>
          <w:b/>
          <w:color w:val="0B5D3B"/>
          <w:sz w:val="24"/>
        </w:rPr>
        <w:t>REQUIRED CLOTHING</w:t>
      </w:r>
    </w:p>
    <w:p>
      <w:pPr>
        <w:spacing w:after="80"/>
      </w:pPr>
      <w:r>
        <w:rPr>
          <w:i/>
          <w:color w:val="5C6B60"/>
          <w:sz w:val="17"/>
        </w:rPr>
        <w:t>No cotton on the trail. Everything should dry fast.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pair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Boots ★</w:t>
            </w:r>
          </w:p>
          <w:p>
            <w:r>
              <w:rPr>
                <w:color w:val="5C6B60"/>
                <w:sz w:val="15"/>
              </w:rPr>
              <w:t>REQUIRED: full ankle coverage, rugged stitched or vulcanized sole, drainage at the instep. Must NOT be waterproof. Crews with inadequate footwear must buy boots at the Trading Post before launching — no exceptions. See the boot guide at scouts92x.com/northern-tier/boots.html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pair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Camp shoes</w:t>
            </w:r>
          </w:p>
          <w:p>
            <w:r>
              <w:rPr>
                <w:color w:val="5C6B60"/>
                <w:sz w:val="15"/>
              </w:rPr>
              <w:t>Closed-toe, closed-heel, hard soled — lightweight sneakers work.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Rain jacket with hood ★</w:t>
            </w:r>
          </w:p>
          <w:p>
            <w:r>
              <w:rPr>
                <w:color w:val="5C6B60"/>
                <w:sz w:val="15"/>
              </w:rPr>
              <w:t>Must be genuinely waterproof, not water resistant. Ponchos are NOT allowed — they are dangerous in a capsize.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Shirts ★</w:t>
            </w:r>
          </w:p>
          <w:p>
            <w:r>
              <w:rPr>
                <w:color w:val="5C6B60"/>
                <w:sz w:val="15"/>
              </w:rPr>
              <w:t>Long-sleeved and lightweight.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Pants ★</w:t>
            </w:r>
          </w:p>
          <w:p>
            <w:r>
              <w:rPr>
                <w:color w:val="5C6B60"/>
                <w:sz w:val="15"/>
              </w:rPr>
              <w:t>Quick dry. Zip-off legs recommended.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3 pair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Socks ★</w:t>
            </w:r>
          </w:p>
          <w:p>
            <w:r>
              <w:rPr>
                <w:color w:val="5C6B60"/>
                <w:sz w:val="15"/>
              </w:rPr>
              <w:t>Synthetic or wool. NO cotton.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2 pair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Underwear ★</w:t>
            </w:r>
          </w:p>
          <w:p>
            <w:r>
              <w:rPr>
                <w:color w:val="5C6B60"/>
                <w:sz w:val="15"/>
              </w:rPr>
              <w:t>Synthetic, quick dry recommended.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Hat ★</w:t>
            </w:r>
          </w:p>
          <w:p>
            <w:r>
              <w:rPr>
                <w:color w:val="5C6B60"/>
                <w:sz w:val="15"/>
              </w:rPr>
              <w:t>Broad brimmed or baseball style.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Lightweight fleece jacket ★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Knit / stocking cap ★</w:t>
            </w:r>
          </w:p>
          <w:p>
            <w:r>
              <w:rPr>
                <w:color w:val="5C6B60"/>
                <w:sz w:val="15"/>
              </w:rPr>
              <w:t>Nights get cold, even in July.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set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Clean, dry travel clothes</w:t>
            </w:r>
          </w:p>
          <w:p>
            <w:r>
              <w:rPr>
                <w:color w:val="5C6B60"/>
                <w:sz w:val="15"/>
              </w:rPr>
              <w:t>For wearing on base and traveling to and from Northern Tier. There is NO laundry at base.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Flip flops or sandals</w:t>
            </w:r>
          </w:p>
          <w:p>
            <w:r>
              <w:rPr>
                <w:color w:val="5C6B60"/>
                <w:sz w:val="15"/>
              </w:rPr>
              <w:t>Shower use only — not permitted on the trail.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Belt or suspenders ★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Scout uniform</w:t>
            </w:r>
          </w:p>
          <w:p>
            <w:r>
              <w:rPr>
                <w:color w:val="5C6B60"/>
                <w:sz w:val="15"/>
              </w:rPr>
              <w:t>Field or activity uniform, worn on base. Encouraged for dinner and evening programs.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REQUIRED PERSONAL GEAR</w:t>
      </w:r>
    </w:p>
    <w:p>
      <w:pPr>
        <w:spacing w:after="80"/>
      </w:pPr>
      <w:r>
        <w:rPr>
          <w:i/>
          <w:color w:val="5C6B60"/>
          <w:sz w:val="17"/>
        </w:rPr>
        <w:t>All of this gets packed into the crew's portage packs.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Sleeping bag</w:t>
            </w:r>
          </w:p>
          <w:p>
            <w:r>
              <w:rPr>
                <w:color w:val="5C6B60"/>
                <w:sz w:val="15"/>
              </w:rPr>
              <w:t>Compact, synthetic, lightweight, rated to 35°F, with a compression stuff sack.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Waterproof stuff sack / dry bag ★</w:t>
            </w:r>
          </w:p>
          <w:p>
            <w:r>
              <w:rPr>
                <w:color w:val="5C6B60"/>
                <w:sz w:val="15"/>
              </w:rPr>
              <w:t>25–30 liter, for clothing and gear.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Sleeping pad ★</w:t>
            </w:r>
          </w:p>
          <w:p>
            <w:r>
              <w:rPr>
                <w:color w:val="5C6B60"/>
                <w:sz w:val="15"/>
              </w:rPr>
              <w:t>Closed cell or self-inflating foam.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1–2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Camp towel ★</w:t>
            </w:r>
          </w:p>
          <w:p>
            <w:r>
              <w:rPr>
                <w:color w:val="5C6B60"/>
                <w:sz w:val="15"/>
              </w:rPr>
              <w:t>Bandanna, buff or synthetic camp towel.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Toothbrush ★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Mess kit ★</w:t>
            </w:r>
          </w:p>
          <w:p>
            <w:r>
              <w:rPr>
                <w:color w:val="5C6B60"/>
                <w:sz w:val="15"/>
              </w:rPr>
              <w:t>Plastic or metal: 12 oz bowl, 8–12 oz cup or mug, spoon or spork.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Water bottle ★</w:t>
            </w:r>
          </w:p>
          <w:p>
            <w:r>
              <w:rPr>
                <w:color w:val="5C6B60"/>
                <w:sz w:val="15"/>
              </w:rPr>
              <w:t>1 liter, wide mouth, with a carabiner-style clip.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Headlamp ★</w:t>
            </w:r>
          </w:p>
          <w:p>
            <w:r>
              <w:rPr>
                <w:color w:val="5C6B60"/>
                <w:sz w:val="15"/>
              </w:rPr>
              <w:t>Pack spare batteries.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Whistle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Lip balm ★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Sunglasses ★</w:t>
            </w:r>
          </w:p>
          <w:p>
            <w:r>
              <w:rPr>
                <w:color w:val="5C6B60"/>
                <w:sz w:val="15"/>
              </w:rPr>
              <w:t>With a keeper strap — things that fall in the lake are gone.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Prescription glasses</w:t>
            </w:r>
          </w:p>
          <w:p>
            <w:r>
              <w:rPr>
                <w:color w:val="5C6B60"/>
                <w:sz w:val="15"/>
              </w:rPr>
              <w:t>If needed, with a keeper strap. Bring a spare pair.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2 supplies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Personal medications</w:t>
            </w:r>
          </w:p>
          <w:p>
            <w:r>
              <w:rPr>
                <w:color w:val="5C6B60"/>
                <w:sz w:val="15"/>
              </w:rPr>
              <w:t>If needed. Split into two supplies carried in separate locations.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Personal toiletries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Bathing towel</w:t>
            </w:r>
          </w:p>
          <w:p>
            <w:r>
              <w:rPr>
                <w:color w:val="5C6B60"/>
                <w:sz w:val="15"/>
              </w:rPr>
              <w:t>For showers on base.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OPTIONAL PERSONAL GEAR</w:t>
      </w:r>
    </w:p>
    <w:p>
      <w:pPr>
        <w:spacing w:after="80"/>
      </w:pPr>
      <w:r>
        <w:rPr>
          <w:i/>
          <w:color w:val="5C6B60"/>
          <w:sz w:val="17"/>
        </w:rPr>
        <w:t>Nice to have, but every ounce goes on your shoulders at the next portage.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Camera</w:t>
            </w:r>
          </w:p>
          <w:p>
            <w:r>
              <w:rPr>
                <w:color w:val="5C6B60"/>
                <w:sz w:val="15"/>
              </w:rPr>
              <w:t>With extra batteries and a waterproof box. A crew camera beats a phone.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Head net ★</w:t>
            </w:r>
          </w:p>
          <w:p>
            <w:r>
              <w:rPr>
                <w:color w:val="5C6B60"/>
                <w:sz w:val="15"/>
              </w:rPr>
              <w:t>For mosquitos. You will want this.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set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Long underwear ★</w:t>
            </w:r>
          </w:p>
          <w:p>
            <w:r>
              <w:rPr>
                <w:color w:val="5C6B60"/>
                <w:sz w:val="15"/>
              </w:rPr>
              <w:t>For cool nights and mornings.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Rain pants ★</w:t>
            </w:r>
          </w:p>
          <w:p>
            <w:r>
              <w:rPr>
                <w:color w:val="5C6B60"/>
                <w:sz w:val="15"/>
              </w:rPr>
              <w:t>Can double as a second pair of pants.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Book ★</w:t>
            </w:r>
          </w:p>
          <w:p>
            <w:r>
              <w:rPr>
                <w:color w:val="5C6B60"/>
                <w:sz w:val="15"/>
              </w:rPr>
              <w:t>For reading.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Journal ★</w:t>
            </w:r>
          </w:p>
          <w:p>
            <w:r>
              <w:rPr>
                <w:color w:val="5C6B60"/>
                <w:sz w:val="15"/>
              </w:rPr>
              <w:t>For writing down the trip while it's still fresh.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REQUIRED CREW GEAR</w:t>
      </w:r>
    </w:p>
    <w:p>
      <w:pPr>
        <w:spacing w:after="80"/>
      </w:pPr>
      <w:r>
        <w:rPr>
          <w:i/>
          <w:color w:val="5C6B60"/>
          <w:sz w:val="17"/>
        </w:rPr>
        <w:t>Shared across the crew — coordinate so you don't end up with six of everything.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per canoe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Small pocket knife ★</w:t>
            </w:r>
          </w:p>
          <w:p>
            <w:r>
              <w:rPr>
                <w:color w:val="5C6B60"/>
                <w:sz w:val="15"/>
              </w:rPr>
              <w:t>3–4 total per crew.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per canoe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Small compass ★</w:t>
            </w:r>
          </w:p>
          <w:p>
            <w:r>
              <w:rPr>
                <w:color w:val="5C6B60"/>
                <w:sz w:val="15"/>
              </w:rPr>
              <w:t>3–4 total per crew.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per canoe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Map case ★</w:t>
            </w:r>
          </w:p>
          <w:p>
            <w:r>
              <w:rPr>
                <w:color w:val="5C6B60"/>
                <w:sz w:val="15"/>
              </w:rPr>
              <w:t>About $17 each. 3–4 total per crew.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per canoe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Set of maps ★</w:t>
            </w:r>
          </w:p>
          <w:p>
            <w:r>
              <w:rPr>
                <w:color w:val="5C6B60"/>
                <w:sz w:val="15"/>
              </w:rPr>
              <w:t>DO NOT buy maps before arrival — staff help pick the right set for your route. About $8 each; 2–4 maps per canoe.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1–2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Sunscreen ★</w:t>
            </w:r>
          </w:p>
          <w:p>
            <w:r>
              <w:rPr>
                <w:color w:val="5C6B60"/>
                <w:sz w:val="15"/>
              </w:rPr>
              <w:t>SPF 15 or greater. No aerosol cans.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1–2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Bug repellent ★</w:t>
            </w:r>
          </w:p>
          <w:p>
            <w:r>
              <w:rPr>
                <w:color w:val="5C6B60"/>
                <w:sz w:val="15"/>
              </w:rPr>
              <w:t>High DEET content recommended. No aerosol cans.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tube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Toothpaste ★</w:t>
            </w:r>
          </w:p>
          <w:p>
            <w:r>
              <w:rPr>
                <w:color w:val="5C6B60"/>
                <w:sz w:val="15"/>
              </w:rPr>
              <w:t>One per crew is enough.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 bottle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Medicated foot powder ★</w:t>
            </w:r>
          </w:p>
          <w:p>
            <w:r>
              <w:rPr>
                <w:color w:val="5C6B60"/>
                <w:sz w:val="15"/>
              </w:rPr>
              <w:t>Your feet stay wet all day. Trust the powder.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Crew first aid kit</w:t>
            </w:r>
          </w:p>
          <w:p>
            <w:r>
              <w:rPr>
                <w:color w:val="5C6B60"/>
                <w:sz w:val="15"/>
              </w:rPr>
              <w:t>Full contents listed below — must be well stocked.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Lock</w:t>
            </w:r>
          </w:p>
          <w:p>
            <w:r>
              <w:rPr>
                <w:color w:val="5C6B60"/>
                <w:sz w:val="15"/>
              </w:rPr>
              <w:t>For the base storage locker, if your crew is using one.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Repair kit</w:t>
            </w:r>
          </w:p>
          <w:p>
            <w:r>
              <w:rPr>
                <w:color w:val="5C6B60"/>
                <w:sz w:val="15"/>
              </w:rPr>
              <w:t>Multi-tool, duct tape, small sewing kit.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OPTIONAL CREW GEAR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1–2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Fishing poles</w:t>
            </w:r>
          </w:p>
          <w:p>
            <w:r>
              <w:rPr>
                <w:color w:val="5C6B60"/>
                <w:sz w:val="15"/>
              </w:rPr>
              <w:t>Equipment can be checked out at base. Crews are allowed 1–2 poles.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Fishing tackle ★</w:t>
            </w:r>
          </w:p>
          <w:p>
            <w:r>
              <w:rPr>
                <w:color w:val="5C6B60"/>
                <w:sz w:val="15"/>
              </w:rPr>
              <w:t>Limited tackle available to check out. Bring your favorites — lightweight and compact.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Binoculars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Fillet knife ★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CREW FIRST AID KIT</w:t>
      </w:r>
    </w:p>
    <w:p>
      <w:pPr>
        <w:spacing w:after="80"/>
      </w:pPr>
      <w:r>
        <w:rPr>
          <w:i/>
          <w:color w:val="5C6B60"/>
          <w:sz w:val="17"/>
        </w:rPr>
        <w:t>Every crew must arrive with a complete, thoroughly stocked kit. You will be asked about it at check-in.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assorted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Adhesive bandages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Knuckle and fingertip bandages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Steri-strips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Moleskin / molefoam</w:t>
            </w:r>
          </w:p>
          <w:p>
            <w:r>
              <w:rPr>
                <w:color w:val="5C6B60"/>
                <w:sz w:val="15"/>
              </w:rPr>
              <w:t>Blisters are the #1 trail problem. Bring plenty.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Second skin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Gauze pads, 3" x 3"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Adhesive tape, 1" x 15'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Roll of gauze, 1" or 2"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Elastic bandage, 4"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Oval eye patch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Antibiotic ointment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Disposable alcohol wipes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Triangular bandage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50 tabs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Acetaminophen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50 tabs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Ibuprofen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Antacids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Antihistamine</w:t>
            </w:r>
          </w:p>
          <w:p>
            <w:r>
              <w:rPr>
                <w:color w:val="5C6B60"/>
                <w:sz w:val="15"/>
              </w:rPr>
              <w:t>Both tablet and liquid form.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Steroid cream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Anaphylaxis kit</w:t>
            </w:r>
          </w:p>
          <w:p>
            <w:r>
              <w:rPr>
                <w:color w:val="5C6B60"/>
                <w:sz w:val="15"/>
              </w:rPr>
              <w:t>If needed by anyone in the crew.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Throat lozenges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Cold caplets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Small bar soap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Lip balm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2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Thermometers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Scissors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Tweezers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Safety pins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Side cutters</w:t>
            </w:r>
          </w:p>
          <w:p>
            <w:r>
              <w:rPr>
                <w:color w:val="5C6B60"/>
                <w:sz w:val="15"/>
              </w:rPr>
              <w:t>For fish hooks. It happens.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Nitrile or latex gloves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Barrier device for resuscitation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Sunscreen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First aid manual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Disposable face masks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DOCUMENTS TO BRING (PAPER COPIES)</w:t>
      </w:r>
    </w:p>
    <w:p>
      <w:pPr>
        <w:spacing w:after="80"/>
      </w:pPr>
      <w:r>
        <w:rPr>
          <w:i/>
          <w:color w:val="5C6B60"/>
          <w:sz w:val="17"/>
        </w:rPr>
        <w:t>Base internet is reserved for operations — print everything before you leave home.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Annual Health and Medical Record</w:t>
            </w:r>
          </w:p>
          <w:p>
            <w:r>
              <w:rPr>
                <w:color w:val="5C6B60"/>
                <w:sz w:val="15"/>
              </w:rPr>
              <w:t>Complete, signed, and current within 12 months of the trip.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Insurance card copy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Swim classification record</w:t>
            </w:r>
          </w:p>
          <w:p>
            <w:r>
              <w:rPr>
                <w:color w:val="5C6B60"/>
                <w:sz w:val="15"/>
              </w:rPr>
              <w:t>Scouting Swimmer classification for every participant.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—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Certification cards (adults)</w:t>
            </w:r>
          </w:p>
          <w:p>
            <w:r>
              <w:rPr>
                <w:color w:val="5C6B60"/>
                <w:sz w:val="15"/>
              </w:rPr>
              <w:t>Wilderness First Aid, CPR, Safety Afloat, Safe Swim Defense, Hazardous Weather, Safeguarding Youth.</w:t>
            </w:r>
          </w:p>
        </w:tc>
      </w:tr>
    </w:tbl>
    <w:p>
      <w:pPr>
        <w:spacing w:before="280" w:after="40"/>
      </w:pPr>
      <w:r>
        <w:rPr>
          <w:b/>
          <w:color w:val="0B5D3B"/>
          <w:sz w:val="24"/>
        </w:rPr>
        <w:t>MONEY &amp; EXTRAS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0B5D3B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~$150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Trading Post spending money</w:t>
            </w:r>
          </w:p>
          <w:p>
            <w:r>
              <w:rPr>
                <w:color w:val="5C6B60"/>
                <w:sz w:val="15"/>
              </w:rPr>
              <w:t>Average spend per participant on gear, souvenirs and snacks.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1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Minnesota fishing license</w:t>
            </w:r>
          </w:p>
          <w:p>
            <w:r>
              <w:rPr>
                <w:color w:val="5C6B60"/>
                <w:sz w:val="15"/>
              </w:rPr>
              <w:t>Required age 16+. Under 16 can fish under a single adult's license, but the catch counts against that adult's limit. Buy online BEFORE the trip — Northern Tier cannot sell licenses.</w:t>
            </w:r>
          </w:p>
        </w:tc>
      </w:tr>
    </w:tbl>
    <w:p>
      <w:pPr>
        <w:spacing w:before="280" w:after="40"/>
      </w:pPr>
      <w:r>
        <w:rPr>
          <w:b/>
          <w:color w:val="C1272D"/>
          <w:sz w:val="24"/>
        </w:rPr>
        <w:t>LEAVE AT HOME</w:t>
      </w:r>
    </w:p>
    <w:p>
      <w:pPr>
        <w:spacing w:after="80"/>
      </w:pPr>
      <w:r>
        <w:rPr>
          <w:i/>
          <w:color w:val="5C6B60"/>
          <w:sz w:val="17"/>
        </w:rPr>
        <w:t>These are not allowed on the trail. Don't pack them.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504"/>
            <w:shd w:val="clear" w:fill="C1272D"/>
          </w:tcPr>
          <w:p>
            <w:r/>
            <w:r>
              <w:rPr>
                <w:b/>
                <w:color w:val="FFFFFF"/>
                <w:sz w:val="17"/>
              </w:rPr>
              <w:t>✓</w:t>
            </w:r>
          </w:p>
        </w:tc>
        <w:tc>
          <w:tcPr>
            <w:tcW w:type="dxa" w:w="1224"/>
            <w:shd w:val="clear" w:fill="C1272D"/>
          </w:tcPr>
          <w:p>
            <w:r/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8352"/>
            <w:shd w:val="clear" w:fill="C1272D"/>
          </w:tcPr>
          <w:p>
            <w:r/>
            <w:r>
              <w:rPr>
                <w:b/>
                <w:color w:val="FFFFFF"/>
                <w:sz w:val="17"/>
              </w:rPr>
              <w:t>Item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✖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SPOT messengers / emergency beacons</w:t>
            </w:r>
          </w:p>
          <w:p>
            <w:r>
              <w:rPr>
                <w:color w:val="5C6B60"/>
                <w:sz w:val="15"/>
              </w:rPr>
              <w:t>Northern Tier provides all emergency communication devices. Yours gets locked up before launch.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✖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Clip-in or strap-in canoe chairs</w:t>
            </w:r>
          </w:p>
          <w:p>
            <w:r>
              <w:rPr>
                <w:color w:val="5C6B60"/>
                <w:sz w:val="15"/>
              </w:rPr>
              <w:t>They damage the seats and make portaging harder. A standard Crazy Creek style camp chair is fine.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✖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Electronic music, game or video devices</w:t>
            </w:r>
          </w:p>
          <w:p>
            <w:r>
              <w:rPr>
                <w:color w:val="5C6B60"/>
                <w:sz w:val="15"/>
              </w:rPr>
              <w:t>You're going to the wilderness. Enjoy it.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✖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Rolling luggage</w:t>
            </w:r>
          </w:p>
          <w:p>
            <w:r>
              <w:rPr>
                <w:color w:val="5C6B60"/>
                <w:sz w:val="15"/>
              </w:rPr>
              <w:t>The trail to the cabins is rugged. Backpack or duffel only.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✖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Firearms, archery equipment, fireworks</w:t>
            </w:r>
          </w:p>
          <w:p>
            <w:r>
              <w:rPr>
                <w:color w:val="5C6B60"/>
                <w:sz w:val="15"/>
              </w:rPr>
              <w:t>Prohibited at Northern Tier.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✖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Alcohol, illegal drugs</w:t>
            </w:r>
          </w:p>
          <w:p>
            <w:r>
              <w:rPr>
                <w:color w:val="5C6B60"/>
                <w:sz w:val="15"/>
              </w:rPr>
              <w:t>Immediate send-home.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⚠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Cell phones</w:t>
            </w:r>
          </w:p>
          <w:p>
            <w:r>
              <w:rPr>
                <w:color w:val="5C6B60"/>
                <w:sz w:val="15"/>
              </w:rPr>
              <w:t>Strongly discouraged. Permitted only as a camera — keep it in airplane mode. There is essentially no reception.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⚠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Aerosol cans</w:t>
            </w:r>
          </w:p>
          <w:p>
            <w:r>
              <w:rPr>
                <w:color w:val="5C6B60"/>
                <w:sz w:val="15"/>
              </w:rPr>
              <w:t>No aerosol sunscreen or bug spray.</w:t>
            </w:r>
          </w:p>
        </w:tc>
      </w:tr>
      <w:tr>
        <w:tc>
          <w:tcPr>
            <w:tcW w:type="dxa" w:w="504"/>
          </w:tcPr>
          <w:p>
            <w:r/>
          </w:p>
        </w:tc>
        <w:tc>
          <w:tcPr>
            <w:tcW w:type="dxa" w:w="1224"/>
          </w:tcPr>
          <w:p>
            <w:r>
              <w:rPr>
                <w:b/>
                <w:sz w:val="17"/>
              </w:rPr>
              <w:t>⚠</w:t>
            </w:r>
          </w:p>
        </w:tc>
        <w:tc>
          <w:tcPr>
            <w:tcW w:type="dxa" w:w="8352"/>
          </w:tcPr>
          <w:p>
            <w:r>
              <w:rPr>
                <w:b/>
                <w:sz w:val="18"/>
              </w:rPr>
              <w:t>Fresh food</w:t>
            </w:r>
          </w:p>
          <w:p>
            <w:r>
              <w:rPr>
                <w:color w:val="5C6B60"/>
                <w:sz w:val="15"/>
              </w:rPr>
              <w:t>Special-diet participants bringing their own food: it must all be prepackaged and shelf stable.</w:t>
            </w:r>
          </w:p>
        </w:tc>
      </w:tr>
    </w:tbl>
    <w:p>
      <w:pPr>
        <w:spacing w:before="320"/>
        <w:jc w:val="center"/>
      </w:pPr>
      <w:r>
        <w:rPr>
          <w:color w:val="5C6B60"/>
          <w:sz w:val="16"/>
        </w:rPr>
        <w:t>Scouting 92x  •  scouts92x.com/northern-tier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